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4575B" w14:textId="075C05DD" w:rsidR="007D65FE" w:rsidRPr="00863DE3" w:rsidRDefault="00D84B91" w:rsidP="00AE3C99">
      <w:pPr>
        <w:spacing w:after="20" w:line="240" w:lineRule="auto"/>
        <w:jc w:val="center"/>
        <w:rPr>
          <w:sz w:val="28"/>
          <w:szCs w:val="28"/>
          <w:lang w:val="en-GB"/>
        </w:rPr>
      </w:pPr>
      <w:r w:rsidRPr="00863DE3">
        <w:rPr>
          <w:b/>
          <w:noProof/>
          <w:sz w:val="28"/>
          <w:szCs w:val="28"/>
          <w:lang w:val="en-GB"/>
        </w:rPr>
        <w:drawing>
          <wp:anchor distT="0" distB="0" distL="114300" distR="114300" simplePos="0" relativeHeight="251658240" behindDoc="0" locked="0" layoutInCell="1" allowOverlap="1" wp14:anchorId="29645E74" wp14:editId="094FCDEC">
            <wp:simplePos x="0" y="0"/>
            <wp:positionH relativeFrom="margin">
              <wp:posOffset>-542290</wp:posOffset>
            </wp:positionH>
            <wp:positionV relativeFrom="margin">
              <wp:posOffset>-447675</wp:posOffset>
            </wp:positionV>
            <wp:extent cx="7905750" cy="1769745"/>
            <wp:effectExtent l="0" t="0" r="0" b="1905"/>
            <wp:wrapSquare wrapText="bothSides"/>
            <wp:docPr id="5916013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1601316" name="Picture 591601316"/>
                    <pic:cNvPicPr/>
                  </pic:nvPicPr>
                  <pic:blipFill rotWithShape="1">
                    <a:blip r:embed="rId11"/>
                    <a:srcRect r="8136" b="191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0" cy="17697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64021" w:rsidRPr="00863DE3">
        <w:rPr>
          <w:b/>
          <w:sz w:val="28"/>
          <w:szCs w:val="28"/>
          <w:lang w:val="en-GB"/>
        </w:rPr>
        <w:t xml:space="preserve"> </w:t>
      </w:r>
      <w:r w:rsidR="003C198E" w:rsidRPr="00863DE3">
        <w:rPr>
          <w:b/>
          <w:sz w:val="28"/>
          <w:szCs w:val="28"/>
          <w:lang w:val="en-GB"/>
        </w:rPr>
        <w:t>Operations Admin</w:t>
      </w:r>
      <w:r w:rsidR="00AA1BD2" w:rsidRPr="00863DE3">
        <w:rPr>
          <w:b/>
          <w:sz w:val="28"/>
          <w:szCs w:val="28"/>
          <w:lang w:val="en-GB"/>
        </w:rPr>
        <w:t>i</w:t>
      </w:r>
      <w:r w:rsidR="003C198E" w:rsidRPr="00863DE3">
        <w:rPr>
          <w:b/>
          <w:sz w:val="28"/>
          <w:szCs w:val="28"/>
          <w:lang w:val="en-GB"/>
        </w:rPr>
        <w:t>strator</w:t>
      </w:r>
      <w:r w:rsidR="00563843" w:rsidRPr="00863DE3">
        <w:rPr>
          <w:b/>
          <w:sz w:val="28"/>
          <w:szCs w:val="28"/>
          <w:lang w:val="en-GB"/>
        </w:rPr>
        <w:t xml:space="preserve"> (Part-Time) </w:t>
      </w:r>
    </w:p>
    <w:tbl>
      <w:tblPr>
        <w:tblStyle w:val="TableGrid"/>
        <w:tblW w:w="10904" w:type="dxa"/>
        <w:tblLayout w:type="fixed"/>
        <w:tblLook w:val="04A0" w:firstRow="1" w:lastRow="0" w:firstColumn="1" w:lastColumn="0" w:noHBand="0" w:noVBand="1"/>
      </w:tblPr>
      <w:tblGrid>
        <w:gridCol w:w="1696"/>
        <w:gridCol w:w="9208"/>
      </w:tblGrid>
      <w:tr w:rsidR="007D65FE" w:rsidRPr="00863DE3" w14:paraId="603AB00D" w14:textId="77777777" w:rsidTr="00502477">
        <w:trPr>
          <w:trHeight w:val="184"/>
        </w:trPr>
        <w:tc>
          <w:tcPr>
            <w:tcW w:w="1696" w:type="dxa"/>
            <w:shd w:val="clear" w:color="auto" w:fill="A9CE2E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5E7E862A" w14:textId="77777777" w:rsidR="007D65FE" w:rsidRPr="00863DE3" w:rsidRDefault="00567F25" w:rsidP="00466982">
            <w:pPr>
              <w:spacing w:after="0"/>
              <w:rPr>
                <w:sz w:val="20"/>
                <w:szCs w:val="20"/>
                <w:lang w:val="en-GB"/>
              </w:rPr>
            </w:pPr>
            <w:r w:rsidRPr="00863DE3">
              <w:rPr>
                <w:b/>
                <w:sz w:val="20"/>
                <w:szCs w:val="20"/>
                <w:lang w:val="en-GB"/>
              </w:rPr>
              <w:t>Hours</w:t>
            </w:r>
          </w:p>
        </w:tc>
        <w:tc>
          <w:tcPr>
            <w:tcW w:w="9208" w:type="dxa"/>
            <w:shd w:val="clear" w:color="auto" w:fill="F4F8E8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36EDEA1A" w14:textId="7398D44C" w:rsidR="007D65FE" w:rsidRPr="00863DE3" w:rsidRDefault="005F2600" w:rsidP="00466982">
            <w:pPr>
              <w:spacing w:after="0"/>
              <w:rPr>
                <w:sz w:val="20"/>
                <w:szCs w:val="20"/>
                <w:lang w:val="en-GB"/>
              </w:rPr>
            </w:pPr>
            <w:r w:rsidRPr="00863DE3">
              <w:rPr>
                <w:sz w:val="20"/>
                <w:szCs w:val="20"/>
                <w:lang w:val="en-GB"/>
              </w:rPr>
              <w:t xml:space="preserve">Part Time - </w:t>
            </w:r>
            <w:r w:rsidR="003C198E" w:rsidRPr="00863DE3">
              <w:rPr>
                <w:sz w:val="20"/>
                <w:szCs w:val="20"/>
                <w:lang w:val="en-GB"/>
              </w:rPr>
              <w:t>2</w:t>
            </w:r>
            <w:r w:rsidR="00567F25" w:rsidRPr="00863DE3">
              <w:rPr>
                <w:sz w:val="20"/>
                <w:szCs w:val="20"/>
                <w:lang w:val="en-GB"/>
              </w:rPr>
              <w:t xml:space="preserve">0 hours per week </w:t>
            </w:r>
            <w:r w:rsidR="0000223B" w:rsidRPr="00863DE3">
              <w:rPr>
                <w:sz w:val="20"/>
                <w:szCs w:val="20"/>
                <w:lang w:val="en-GB"/>
              </w:rPr>
              <w:t>4-5 days a week office based</w:t>
            </w:r>
          </w:p>
        </w:tc>
      </w:tr>
      <w:tr w:rsidR="007D65FE" w:rsidRPr="00863DE3" w14:paraId="62EEFB63" w14:textId="77777777" w:rsidTr="00502477">
        <w:trPr>
          <w:trHeight w:val="398"/>
        </w:trPr>
        <w:tc>
          <w:tcPr>
            <w:tcW w:w="1696" w:type="dxa"/>
            <w:shd w:val="clear" w:color="auto" w:fill="A9CE2E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4680BCF0" w14:textId="77777777" w:rsidR="007D65FE" w:rsidRPr="00863DE3" w:rsidRDefault="00567F25" w:rsidP="00466982">
            <w:pPr>
              <w:spacing w:after="0"/>
              <w:rPr>
                <w:sz w:val="20"/>
                <w:szCs w:val="20"/>
                <w:lang w:val="en-GB"/>
              </w:rPr>
            </w:pPr>
            <w:r w:rsidRPr="00863DE3">
              <w:rPr>
                <w:b/>
                <w:sz w:val="20"/>
                <w:szCs w:val="20"/>
                <w:lang w:val="en-GB"/>
              </w:rPr>
              <w:t>Contract</w:t>
            </w:r>
          </w:p>
        </w:tc>
        <w:tc>
          <w:tcPr>
            <w:tcW w:w="9208" w:type="dxa"/>
            <w:shd w:val="clear" w:color="auto" w:fill="F4F8E8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53DD1156" w14:textId="782B78D7" w:rsidR="007D65FE" w:rsidRPr="00863DE3" w:rsidRDefault="0000223B" w:rsidP="00466982">
            <w:pPr>
              <w:spacing w:after="0"/>
              <w:rPr>
                <w:sz w:val="20"/>
                <w:szCs w:val="20"/>
                <w:lang w:val="en-GB"/>
              </w:rPr>
            </w:pPr>
            <w:r w:rsidRPr="00863DE3">
              <w:rPr>
                <w:sz w:val="20"/>
                <w:szCs w:val="20"/>
                <w:lang w:val="en-GB"/>
              </w:rPr>
              <w:t>Permanent sta</w:t>
            </w:r>
            <w:r w:rsidR="00AA1BD2" w:rsidRPr="00863DE3">
              <w:rPr>
                <w:sz w:val="20"/>
                <w:szCs w:val="20"/>
                <w:lang w:val="en-GB"/>
              </w:rPr>
              <w:t>ff</w:t>
            </w:r>
          </w:p>
        </w:tc>
      </w:tr>
      <w:tr w:rsidR="007D65FE" w:rsidRPr="00863DE3" w14:paraId="50E394D9" w14:textId="77777777" w:rsidTr="00502477">
        <w:trPr>
          <w:trHeight w:val="184"/>
        </w:trPr>
        <w:tc>
          <w:tcPr>
            <w:tcW w:w="1696" w:type="dxa"/>
            <w:shd w:val="clear" w:color="auto" w:fill="A9CE2E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052EFB6E" w14:textId="77777777" w:rsidR="007D65FE" w:rsidRPr="00863DE3" w:rsidRDefault="00567F25" w:rsidP="00466982">
            <w:pPr>
              <w:spacing w:after="0"/>
              <w:rPr>
                <w:sz w:val="20"/>
                <w:szCs w:val="20"/>
                <w:lang w:val="en-GB"/>
              </w:rPr>
            </w:pPr>
            <w:r w:rsidRPr="00863DE3">
              <w:rPr>
                <w:b/>
                <w:sz w:val="20"/>
                <w:szCs w:val="20"/>
                <w:lang w:val="en-GB"/>
              </w:rPr>
              <w:t>Salary</w:t>
            </w:r>
          </w:p>
        </w:tc>
        <w:tc>
          <w:tcPr>
            <w:tcW w:w="9208" w:type="dxa"/>
            <w:shd w:val="clear" w:color="auto" w:fill="F4F8E8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7670651A" w14:textId="6B14FD57" w:rsidR="007D65FE" w:rsidRPr="00863DE3" w:rsidRDefault="00567F25" w:rsidP="00466982">
            <w:pPr>
              <w:spacing w:after="0"/>
              <w:rPr>
                <w:sz w:val="20"/>
                <w:szCs w:val="20"/>
                <w:lang w:val="en-GB"/>
              </w:rPr>
            </w:pPr>
            <w:r w:rsidRPr="00863DE3">
              <w:rPr>
                <w:sz w:val="20"/>
                <w:szCs w:val="20"/>
                <w:lang w:val="en-GB"/>
              </w:rPr>
              <w:t>£</w:t>
            </w:r>
            <w:r w:rsidR="00BD3A39" w:rsidRPr="00863DE3">
              <w:rPr>
                <w:sz w:val="20"/>
                <w:szCs w:val="20"/>
                <w:lang w:val="en-GB"/>
              </w:rPr>
              <w:t>15.5</w:t>
            </w:r>
            <w:r w:rsidR="00610135" w:rsidRPr="00863DE3">
              <w:rPr>
                <w:sz w:val="20"/>
                <w:szCs w:val="20"/>
                <w:lang w:val="en-GB"/>
              </w:rPr>
              <w:t>0</w:t>
            </w:r>
            <w:r w:rsidRPr="00863DE3">
              <w:rPr>
                <w:sz w:val="20"/>
                <w:szCs w:val="20"/>
                <w:lang w:val="en-GB"/>
              </w:rPr>
              <w:t xml:space="preserve"> per hour depending on experience (plus approved legitimate expenses)</w:t>
            </w:r>
          </w:p>
        </w:tc>
      </w:tr>
      <w:tr w:rsidR="007D65FE" w:rsidRPr="00863DE3" w14:paraId="4A41C1DE" w14:textId="77777777" w:rsidTr="00502477">
        <w:trPr>
          <w:trHeight w:val="445"/>
        </w:trPr>
        <w:tc>
          <w:tcPr>
            <w:tcW w:w="1696" w:type="dxa"/>
            <w:shd w:val="clear" w:color="auto" w:fill="A9CE2E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45D23328" w14:textId="77777777" w:rsidR="007D65FE" w:rsidRPr="00863DE3" w:rsidRDefault="00567F25" w:rsidP="00466982">
            <w:pPr>
              <w:spacing w:after="0"/>
              <w:rPr>
                <w:sz w:val="20"/>
                <w:szCs w:val="20"/>
                <w:lang w:val="en-GB"/>
              </w:rPr>
            </w:pPr>
            <w:r w:rsidRPr="00863DE3">
              <w:rPr>
                <w:b/>
                <w:sz w:val="20"/>
                <w:szCs w:val="20"/>
                <w:lang w:val="en-GB"/>
              </w:rPr>
              <w:t>Location</w:t>
            </w:r>
          </w:p>
        </w:tc>
        <w:tc>
          <w:tcPr>
            <w:tcW w:w="9208" w:type="dxa"/>
            <w:shd w:val="clear" w:color="auto" w:fill="F4F8E8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2C0155B5" w14:textId="39A56DFD" w:rsidR="007D65FE" w:rsidRPr="00863DE3" w:rsidRDefault="00567F25" w:rsidP="00466982">
            <w:pPr>
              <w:spacing w:after="0"/>
              <w:rPr>
                <w:sz w:val="20"/>
                <w:szCs w:val="20"/>
                <w:lang w:val="en-GB"/>
              </w:rPr>
            </w:pPr>
            <w:r w:rsidRPr="00863DE3">
              <w:rPr>
                <w:sz w:val="20"/>
                <w:szCs w:val="20"/>
                <w:lang w:val="en-GB"/>
              </w:rPr>
              <w:t xml:space="preserve">Reading Gateway Church, </w:t>
            </w:r>
            <w:r w:rsidR="00855F62" w:rsidRPr="00863DE3">
              <w:rPr>
                <w:sz w:val="20"/>
                <w:szCs w:val="20"/>
                <w:lang w:val="en-GB"/>
              </w:rPr>
              <w:t>St Agnes Parish Office 292 Northumberland Avenue.</w:t>
            </w:r>
          </w:p>
        </w:tc>
      </w:tr>
      <w:tr w:rsidR="007D65FE" w:rsidRPr="00863DE3" w14:paraId="4725DDA8" w14:textId="77777777" w:rsidTr="00502477">
        <w:trPr>
          <w:trHeight w:val="184"/>
        </w:trPr>
        <w:tc>
          <w:tcPr>
            <w:tcW w:w="1696" w:type="dxa"/>
            <w:shd w:val="clear" w:color="auto" w:fill="A9CE2E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57B73591" w14:textId="77777777" w:rsidR="007D65FE" w:rsidRPr="00863DE3" w:rsidRDefault="00567F25" w:rsidP="00466982">
            <w:pPr>
              <w:spacing w:after="0"/>
              <w:rPr>
                <w:sz w:val="20"/>
                <w:szCs w:val="20"/>
                <w:lang w:val="en-GB"/>
              </w:rPr>
            </w:pPr>
            <w:r w:rsidRPr="00863DE3">
              <w:rPr>
                <w:b/>
                <w:sz w:val="20"/>
                <w:szCs w:val="20"/>
                <w:lang w:val="en-GB"/>
              </w:rPr>
              <w:t>Area</w:t>
            </w:r>
          </w:p>
        </w:tc>
        <w:tc>
          <w:tcPr>
            <w:tcW w:w="9208" w:type="dxa"/>
            <w:shd w:val="clear" w:color="auto" w:fill="F4F8E8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2A8EE64D" w14:textId="77777777" w:rsidR="007D65FE" w:rsidRPr="00863DE3" w:rsidRDefault="00567F25" w:rsidP="00466982">
            <w:pPr>
              <w:spacing w:after="0"/>
              <w:rPr>
                <w:sz w:val="20"/>
                <w:szCs w:val="20"/>
                <w:lang w:val="en-GB"/>
              </w:rPr>
            </w:pPr>
            <w:r w:rsidRPr="00863DE3">
              <w:rPr>
                <w:sz w:val="20"/>
                <w:szCs w:val="20"/>
                <w:lang w:val="en-GB"/>
              </w:rPr>
              <w:t>Working across the parish of Reading Gateway Church (RGC)</w:t>
            </w:r>
          </w:p>
        </w:tc>
      </w:tr>
    </w:tbl>
    <w:p w14:paraId="12B54D07" w14:textId="6686B8A1" w:rsidR="007D65FE" w:rsidRPr="00863DE3" w:rsidRDefault="00567F25" w:rsidP="004B4CA6">
      <w:pPr>
        <w:pStyle w:val="Heading1"/>
        <w:spacing w:line="240" w:lineRule="auto"/>
        <w:rPr>
          <w:sz w:val="22"/>
          <w:szCs w:val="22"/>
          <w:lang w:val="en-GB"/>
        </w:rPr>
      </w:pPr>
      <w:r w:rsidRPr="00863DE3">
        <w:rPr>
          <w:sz w:val="22"/>
          <w:szCs w:val="22"/>
          <w:lang w:val="en-GB"/>
        </w:rPr>
        <w:t xml:space="preserve">About the </w:t>
      </w:r>
      <w:r w:rsidR="00F331D6" w:rsidRPr="00863DE3">
        <w:rPr>
          <w:sz w:val="22"/>
          <w:szCs w:val="22"/>
          <w:lang w:val="en-GB"/>
        </w:rPr>
        <w:t>Church</w:t>
      </w:r>
    </w:p>
    <w:p w14:paraId="76152E1E" w14:textId="6F00CF60" w:rsidR="007D65FE" w:rsidRPr="00863DE3" w:rsidRDefault="00567F25" w:rsidP="004B4CA6">
      <w:pPr>
        <w:rPr>
          <w:sz w:val="18"/>
          <w:szCs w:val="18"/>
          <w:lang w:val="en-GB"/>
        </w:rPr>
      </w:pPr>
      <w:r w:rsidRPr="00863DE3">
        <w:rPr>
          <w:sz w:val="18"/>
          <w:szCs w:val="18"/>
          <w:lang w:val="en-GB"/>
        </w:rPr>
        <w:t>The</w:t>
      </w:r>
      <w:r w:rsidR="00961AF1" w:rsidRPr="00863DE3">
        <w:rPr>
          <w:sz w:val="18"/>
          <w:szCs w:val="18"/>
          <w:lang w:val="en-GB"/>
        </w:rPr>
        <w:t xml:space="preserve"> Church </w:t>
      </w:r>
      <w:r w:rsidR="00054C09" w:rsidRPr="00863DE3">
        <w:rPr>
          <w:sz w:val="18"/>
          <w:szCs w:val="18"/>
          <w:lang w:val="en-GB"/>
        </w:rPr>
        <w:t xml:space="preserve">has </w:t>
      </w:r>
      <w:r w:rsidR="00961AF1" w:rsidRPr="00863DE3">
        <w:rPr>
          <w:sz w:val="18"/>
          <w:szCs w:val="18"/>
          <w:lang w:val="en-GB"/>
        </w:rPr>
        <w:t xml:space="preserve">a vibrant and energetic </w:t>
      </w:r>
      <w:r w:rsidR="00634E10" w:rsidRPr="00863DE3">
        <w:rPr>
          <w:sz w:val="18"/>
          <w:szCs w:val="18"/>
          <w:lang w:val="en-GB"/>
        </w:rPr>
        <w:t xml:space="preserve">team of staff and volunteers running </w:t>
      </w:r>
      <w:r w:rsidR="00480BDF" w:rsidRPr="00863DE3">
        <w:rPr>
          <w:sz w:val="18"/>
          <w:szCs w:val="18"/>
          <w:lang w:val="en-GB"/>
        </w:rPr>
        <w:t>t</w:t>
      </w:r>
      <w:r w:rsidR="00017674" w:rsidRPr="00863DE3">
        <w:rPr>
          <w:sz w:val="18"/>
          <w:szCs w:val="18"/>
          <w:lang w:val="en-GB"/>
        </w:rPr>
        <w:t xml:space="preserve">hree sites </w:t>
      </w:r>
      <w:r w:rsidR="001D0AAF" w:rsidRPr="00863DE3">
        <w:rPr>
          <w:sz w:val="18"/>
          <w:szCs w:val="18"/>
          <w:lang w:val="en-GB"/>
        </w:rPr>
        <w:t xml:space="preserve">(with two </w:t>
      </w:r>
      <w:r w:rsidR="00021453" w:rsidRPr="00863DE3">
        <w:rPr>
          <w:sz w:val="18"/>
          <w:szCs w:val="18"/>
          <w:lang w:val="en-GB"/>
        </w:rPr>
        <w:t xml:space="preserve">churches and three halls) </w:t>
      </w:r>
      <w:r w:rsidR="00017674" w:rsidRPr="00863DE3">
        <w:rPr>
          <w:sz w:val="18"/>
          <w:szCs w:val="18"/>
          <w:lang w:val="en-GB"/>
        </w:rPr>
        <w:t>and</w:t>
      </w:r>
      <w:r w:rsidR="008378E2" w:rsidRPr="00863DE3">
        <w:rPr>
          <w:sz w:val="18"/>
          <w:szCs w:val="18"/>
          <w:lang w:val="en-GB"/>
        </w:rPr>
        <w:t xml:space="preserve"> </w:t>
      </w:r>
      <w:r w:rsidR="00634E10" w:rsidRPr="00863DE3">
        <w:rPr>
          <w:sz w:val="18"/>
          <w:szCs w:val="18"/>
          <w:lang w:val="en-GB"/>
        </w:rPr>
        <w:t>several outreach and mission projects</w:t>
      </w:r>
      <w:r w:rsidRPr="00863DE3">
        <w:rPr>
          <w:sz w:val="18"/>
          <w:szCs w:val="18"/>
          <w:lang w:val="en-GB"/>
        </w:rPr>
        <w:t>.</w:t>
      </w:r>
      <w:r w:rsidR="003735FD" w:rsidRPr="00863DE3">
        <w:rPr>
          <w:sz w:val="18"/>
          <w:szCs w:val="18"/>
          <w:lang w:val="en-GB"/>
        </w:rPr>
        <w:t xml:space="preserve"> </w:t>
      </w:r>
      <w:r w:rsidR="00480BDF" w:rsidRPr="00863DE3">
        <w:rPr>
          <w:sz w:val="18"/>
          <w:szCs w:val="18"/>
          <w:lang w:val="en-GB"/>
        </w:rPr>
        <w:t>T</w:t>
      </w:r>
      <w:r w:rsidR="003735FD" w:rsidRPr="00863DE3">
        <w:rPr>
          <w:sz w:val="18"/>
          <w:szCs w:val="18"/>
          <w:lang w:val="en-GB"/>
        </w:rPr>
        <w:t>he Parish</w:t>
      </w:r>
      <w:r w:rsidRPr="00863DE3">
        <w:rPr>
          <w:sz w:val="18"/>
          <w:szCs w:val="18"/>
          <w:lang w:val="en-GB"/>
        </w:rPr>
        <w:t xml:space="preserve"> is seeking to </w:t>
      </w:r>
      <w:r w:rsidR="00CC7A8D" w:rsidRPr="00863DE3">
        <w:rPr>
          <w:sz w:val="18"/>
          <w:szCs w:val="18"/>
          <w:lang w:val="en-GB"/>
        </w:rPr>
        <w:t xml:space="preserve">replace the retiring Parish Administrator </w:t>
      </w:r>
      <w:r w:rsidR="001D0AAF" w:rsidRPr="00863DE3">
        <w:rPr>
          <w:sz w:val="18"/>
          <w:szCs w:val="18"/>
          <w:lang w:val="en-GB"/>
        </w:rPr>
        <w:t xml:space="preserve">with </w:t>
      </w:r>
      <w:r w:rsidRPr="00863DE3">
        <w:rPr>
          <w:sz w:val="18"/>
          <w:szCs w:val="18"/>
          <w:lang w:val="en-GB"/>
        </w:rPr>
        <w:t xml:space="preserve">a person who has </w:t>
      </w:r>
      <w:r w:rsidR="00DC3EEB" w:rsidRPr="00863DE3">
        <w:rPr>
          <w:sz w:val="18"/>
          <w:szCs w:val="18"/>
          <w:lang w:val="en-GB"/>
        </w:rPr>
        <w:t>background</w:t>
      </w:r>
      <w:r w:rsidRPr="00863DE3">
        <w:rPr>
          <w:sz w:val="18"/>
          <w:szCs w:val="18"/>
          <w:lang w:val="en-GB"/>
        </w:rPr>
        <w:t xml:space="preserve"> </w:t>
      </w:r>
      <w:r w:rsidR="00C70B85" w:rsidRPr="00863DE3">
        <w:rPr>
          <w:sz w:val="18"/>
          <w:szCs w:val="18"/>
          <w:lang w:val="en-GB"/>
        </w:rPr>
        <w:t xml:space="preserve">and experience </w:t>
      </w:r>
      <w:r w:rsidRPr="00863DE3">
        <w:rPr>
          <w:sz w:val="18"/>
          <w:szCs w:val="18"/>
          <w:lang w:val="en-GB"/>
        </w:rPr>
        <w:t xml:space="preserve">in </w:t>
      </w:r>
      <w:r w:rsidR="00E95773" w:rsidRPr="00863DE3">
        <w:rPr>
          <w:sz w:val="18"/>
          <w:szCs w:val="18"/>
          <w:lang w:val="en-GB"/>
        </w:rPr>
        <w:t>operations</w:t>
      </w:r>
      <w:r w:rsidR="002A7935" w:rsidRPr="00863DE3">
        <w:rPr>
          <w:sz w:val="18"/>
          <w:szCs w:val="18"/>
          <w:lang w:val="en-GB"/>
        </w:rPr>
        <w:t xml:space="preserve">, </w:t>
      </w:r>
      <w:r w:rsidR="00E95773" w:rsidRPr="00863DE3">
        <w:rPr>
          <w:sz w:val="18"/>
          <w:szCs w:val="18"/>
          <w:lang w:val="en-GB"/>
        </w:rPr>
        <w:t>administration</w:t>
      </w:r>
      <w:r w:rsidR="00F21D69" w:rsidRPr="00863DE3">
        <w:rPr>
          <w:sz w:val="18"/>
          <w:szCs w:val="18"/>
          <w:lang w:val="en-GB"/>
        </w:rPr>
        <w:t xml:space="preserve"> and </w:t>
      </w:r>
      <w:r w:rsidR="001D0AAF" w:rsidRPr="00863DE3">
        <w:rPr>
          <w:sz w:val="18"/>
          <w:szCs w:val="18"/>
          <w:lang w:val="en-GB"/>
        </w:rPr>
        <w:t>human resources</w:t>
      </w:r>
      <w:r w:rsidRPr="00863DE3">
        <w:rPr>
          <w:sz w:val="18"/>
          <w:szCs w:val="18"/>
          <w:lang w:val="en-GB"/>
        </w:rPr>
        <w:t>.</w:t>
      </w:r>
    </w:p>
    <w:p w14:paraId="25971B41" w14:textId="6A0C81D0" w:rsidR="007D65FE" w:rsidRPr="00863DE3" w:rsidRDefault="00567F25" w:rsidP="004B4CA6">
      <w:pPr>
        <w:pStyle w:val="Heading1"/>
        <w:spacing w:line="240" w:lineRule="auto"/>
        <w:rPr>
          <w:sz w:val="22"/>
          <w:szCs w:val="22"/>
          <w:lang w:val="en-GB"/>
        </w:rPr>
      </w:pPr>
      <w:r w:rsidRPr="00863DE3">
        <w:rPr>
          <w:sz w:val="22"/>
          <w:szCs w:val="22"/>
          <w:lang w:val="en-GB"/>
        </w:rPr>
        <w:t xml:space="preserve">The </w:t>
      </w:r>
      <w:r w:rsidR="00707102" w:rsidRPr="00863DE3">
        <w:rPr>
          <w:sz w:val="22"/>
          <w:szCs w:val="22"/>
          <w:lang w:val="en-GB"/>
        </w:rPr>
        <w:t xml:space="preserve">Operations </w:t>
      </w:r>
      <w:r w:rsidR="001503C2" w:rsidRPr="00863DE3">
        <w:rPr>
          <w:sz w:val="22"/>
          <w:szCs w:val="22"/>
          <w:lang w:val="en-GB"/>
        </w:rPr>
        <w:t>Administrator role</w:t>
      </w:r>
      <w:r w:rsidRPr="00863DE3">
        <w:rPr>
          <w:sz w:val="22"/>
          <w:szCs w:val="22"/>
          <w:lang w:val="en-GB"/>
        </w:rPr>
        <w:t xml:space="preserve"> includes</w:t>
      </w:r>
    </w:p>
    <w:p w14:paraId="46D846D7" w14:textId="11D5BE71" w:rsidR="00247330" w:rsidRPr="00863DE3" w:rsidRDefault="00567F25" w:rsidP="00863DE3">
      <w:pPr>
        <w:pStyle w:val="ListBullet"/>
        <w:numPr>
          <w:ilvl w:val="0"/>
          <w:numId w:val="13"/>
        </w:numPr>
        <w:rPr>
          <w:sz w:val="18"/>
          <w:szCs w:val="18"/>
          <w:lang w:val="en-GB"/>
        </w:rPr>
      </w:pPr>
      <w:r w:rsidRPr="00863DE3">
        <w:rPr>
          <w:sz w:val="18"/>
          <w:szCs w:val="18"/>
          <w:lang w:val="en-GB"/>
        </w:rPr>
        <w:t xml:space="preserve">Working as a team member under the direction, guidance and supervision of the </w:t>
      </w:r>
      <w:r w:rsidR="00A832A8" w:rsidRPr="00863DE3">
        <w:rPr>
          <w:sz w:val="18"/>
          <w:szCs w:val="18"/>
          <w:lang w:val="en-GB"/>
        </w:rPr>
        <w:t>Operations Manager</w:t>
      </w:r>
    </w:p>
    <w:p w14:paraId="7F487BBF" w14:textId="5AECBB3F" w:rsidR="007D65FE" w:rsidRPr="00863DE3" w:rsidRDefault="00567F25" w:rsidP="00863DE3">
      <w:pPr>
        <w:pStyle w:val="ListBullet"/>
        <w:numPr>
          <w:ilvl w:val="0"/>
          <w:numId w:val="13"/>
        </w:numPr>
        <w:rPr>
          <w:sz w:val="18"/>
          <w:szCs w:val="18"/>
          <w:lang w:val="en-GB"/>
        </w:rPr>
      </w:pPr>
      <w:r w:rsidRPr="00863DE3">
        <w:rPr>
          <w:sz w:val="18"/>
          <w:szCs w:val="18"/>
          <w:lang w:val="en-GB"/>
        </w:rPr>
        <w:t>Recording all data safely and confidentially</w:t>
      </w:r>
    </w:p>
    <w:p w14:paraId="1AC052F0" w14:textId="79F9B883" w:rsidR="007D65FE" w:rsidRPr="00863DE3" w:rsidRDefault="00567F25" w:rsidP="00863DE3">
      <w:pPr>
        <w:pStyle w:val="ListBullet"/>
        <w:numPr>
          <w:ilvl w:val="0"/>
          <w:numId w:val="13"/>
        </w:numPr>
        <w:rPr>
          <w:sz w:val="18"/>
          <w:szCs w:val="18"/>
          <w:lang w:val="en-GB"/>
        </w:rPr>
      </w:pPr>
      <w:r w:rsidRPr="00863DE3">
        <w:rPr>
          <w:sz w:val="18"/>
          <w:szCs w:val="18"/>
          <w:lang w:val="en-GB"/>
        </w:rPr>
        <w:t xml:space="preserve">Providing </w:t>
      </w:r>
      <w:r w:rsidR="005058FC" w:rsidRPr="00863DE3">
        <w:rPr>
          <w:sz w:val="18"/>
          <w:szCs w:val="18"/>
          <w:lang w:val="en-GB"/>
        </w:rPr>
        <w:t>the point of contact for both external hall hirers and internal ministry teams booking</w:t>
      </w:r>
      <w:r w:rsidR="004427DB" w:rsidRPr="00863DE3">
        <w:rPr>
          <w:sz w:val="18"/>
          <w:szCs w:val="18"/>
          <w:lang w:val="en-GB"/>
        </w:rPr>
        <w:t xml:space="preserve"> our various venues.</w:t>
      </w:r>
    </w:p>
    <w:p w14:paraId="5C0230DB" w14:textId="0D2075B6" w:rsidR="007D65FE" w:rsidRPr="00863DE3" w:rsidRDefault="00567F25" w:rsidP="00863DE3">
      <w:pPr>
        <w:pStyle w:val="ListBullet"/>
        <w:numPr>
          <w:ilvl w:val="0"/>
          <w:numId w:val="13"/>
        </w:numPr>
        <w:rPr>
          <w:sz w:val="18"/>
          <w:szCs w:val="18"/>
          <w:lang w:val="en-GB"/>
        </w:rPr>
      </w:pPr>
      <w:r w:rsidRPr="00863DE3">
        <w:rPr>
          <w:sz w:val="18"/>
          <w:szCs w:val="18"/>
          <w:lang w:val="en-GB"/>
        </w:rPr>
        <w:t xml:space="preserve">Working as a team member while also using some autonomy, including directing </w:t>
      </w:r>
      <w:r w:rsidR="00D27EF7" w:rsidRPr="00863DE3">
        <w:rPr>
          <w:sz w:val="18"/>
          <w:szCs w:val="18"/>
          <w:lang w:val="en-GB"/>
        </w:rPr>
        <w:t xml:space="preserve">Assistant Operations </w:t>
      </w:r>
      <w:r w:rsidRPr="00863DE3">
        <w:rPr>
          <w:sz w:val="18"/>
          <w:szCs w:val="18"/>
          <w:lang w:val="en-GB"/>
        </w:rPr>
        <w:t xml:space="preserve">volunteer </w:t>
      </w:r>
    </w:p>
    <w:p w14:paraId="781DB7ED" w14:textId="238F66F6" w:rsidR="004F0016" w:rsidRPr="00863DE3" w:rsidRDefault="004F0016" w:rsidP="00863DE3">
      <w:pPr>
        <w:pStyle w:val="ListBullet"/>
        <w:numPr>
          <w:ilvl w:val="0"/>
          <w:numId w:val="13"/>
        </w:numPr>
        <w:rPr>
          <w:sz w:val="18"/>
          <w:szCs w:val="18"/>
          <w:lang w:val="en-GB"/>
        </w:rPr>
      </w:pPr>
      <w:r w:rsidRPr="00863DE3">
        <w:rPr>
          <w:sz w:val="18"/>
          <w:szCs w:val="18"/>
          <w:lang w:val="en-GB"/>
        </w:rPr>
        <w:t xml:space="preserve">Manager and keeping records of all staff </w:t>
      </w:r>
      <w:r w:rsidR="00053EB3" w:rsidRPr="00863DE3">
        <w:rPr>
          <w:sz w:val="18"/>
          <w:szCs w:val="18"/>
          <w:lang w:val="en-GB"/>
        </w:rPr>
        <w:t>training</w:t>
      </w:r>
      <w:r w:rsidR="000D1A31" w:rsidRPr="00863DE3">
        <w:rPr>
          <w:sz w:val="18"/>
          <w:szCs w:val="18"/>
          <w:lang w:val="en-GB"/>
        </w:rPr>
        <w:t xml:space="preserve">, </w:t>
      </w:r>
      <w:r w:rsidR="00B77ADC" w:rsidRPr="00863DE3">
        <w:rPr>
          <w:sz w:val="18"/>
          <w:szCs w:val="18"/>
          <w:lang w:val="en-GB"/>
        </w:rPr>
        <w:t xml:space="preserve">and </w:t>
      </w:r>
      <w:r w:rsidR="004533E0" w:rsidRPr="00863DE3">
        <w:rPr>
          <w:sz w:val="18"/>
          <w:szCs w:val="18"/>
          <w:lang w:val="en-GB"/>
        </w:rPr>
        <w:t xml:space="preserve">records relating to our </w:t>
      </w:r>
      <w:r w:rsidR="000D1A31" w:rsidRPr="00863DE3">
        <w:rPr>
          <w:sz w:val="18"/>
          <w:szCs w:val="18"/>
          <w:lang w:val="en-GB"/>
        </w:rPr>
        <w:t>Safer Recruitment</w:t>
      </w:r>
      <w:r w:rsidR="004533E0" w:rsidRPr="00863DE3">
        <w:rPr>
          <w:sz w:val="18"/>
          <w:szCs w:val="18"/>
          <w:lang w:val="en-GB"/>
        </w:rPr>
        <w:t xml:space="preserve"> policy</w:t>
      </w:r>
    </w:p>
    <w:p w14:paraId="3FDDB927" w14:textId="4A4498AF" w:rsidR="00AC25A9" w:rsidRPr="00863DE3" w:rsidRDefault="00AC25A9" w:rsidP="00863DE3">
      <w:pPr>
        <w:pStyle w:val="ListBullet"/>
        <w:numPr>
          <w:ilvl w:val="0"/>
          <w:numId w:val="13"/>
        </w:numPr>
        <w:rPr>
          <w:sz w:val="18"/>
          <w:szCs w:val="18"/>
          <w:lang w:val="en-GB"/>
        </w:rPr>
      </w:pPr>
      <w:r w:rsidRPr="00863DE3">
        <w:rPr>
          <w:sz w:val="18"/>
          <w:szCs w:val="18"/>
          <w:lang w:val="en-GB"/>
        </w:rPr>
        <w:t>Keeping records of building safety checks</w:t>
      </w:r>
      <w:r w:rsidR="00FE09C7" w:rsidRPr="00863DE3">
        <w:rPr>
          <w:sz w:val="18"/>
          <w:szCs w:val="18"/>
          <w:lang w:val="en-GB"/>
        </w:rPr>
        <w:t xml:space="preserve">, </w:t>
      </w:r>
      <w:r w:rsidRPr="00863DE3">
        <w:rPr>
          <w:sz w:val="18"/>
          <w:szCs w:val="18"/>
          <w:lang w:val="en-GB"/>
        </w:rPr>
        <w:t>utility contracts</w:t>
      </w:r>
      <w:r w:rsidR="00FC2CCB" w:rsidRPr="00863DE3">
        <w:rPr>
          <w:sz w:val="18"/>
          <w:szCs w:val="18"/>
          <w:lang w:val="en-GB"/>
        </w:rPr>
        <w:t xml:space="preserve">, supplier </w:t>
      </w:r>
      <w:r w:rsidR="001B5EB0" w:rsidRPr="00863DE3">
        <w:rPr>
          <w:sz w:val="18"/>
          <w:szCs w:val="18"/>
          <w:lang w:val="en-GB"/>
        </w:rPr>
        <w:t>contracts</w:t>
      </w:r>
      <w:r w:rsidR="00FE09C7" w:rsidRPr="00863DE3">
        <w:rPr>
          <w:sz w:val="18"/>
          <w:szCs w:val="18"/>
          <w:lang w:val="en-GB"/>
        </w:rPr>
        <w:t xml:space="preserve"> and completing annual returns</w:t>
      </w:r>
    </w:p>
    <w:p w14:paraId="7541DDAA" w14:textId="5B291CCD" w:rsidR="00FE09C7" w:rsidRPr="00863DE3" w:rsidRDefault="00FE09C7" w:rsidP="00863DE3">
      <w:pPr>
        <w:pStyle w:val="ListBullet"/>
        <w:numPr>
          <w:ilvl w:val="0"/>
          <w:numId w:val="13"/>
        </w:numPr>
        <w:rPr>
          <w:sz w:val="18"/>
          <w:szCs w:val="18"/>
          <w:lang w:val="en-GB"/>
        </w:rPr>
      </w:pPr>
      <w:r w:rsidRPr="00863DE3">
        <w:rPr>
          <w:sz w:val="18"/>
          <w:szCs w:val="18"/>
          <w:lang w:val="en-GB"/>
        </w:rPr>
        <w:t>Managing the ChurchSuite system and workflows</w:t>
      </w:r>
    </w:p>
    <w:p w14:paraId="410CD14B" w14:textId="2151FC23" w:rsidR="00053EB3" w:rsidRPr="00863DE3" w:rsidRDefault="00053EB3" w:rsidP="00863DE3">
      <w:pPr>
        <w:pStyle w:val="ListBullet"/>
        <w:numPr>
          <w:ilvl w:val="0"/>
          <w:numId w:val="13"/>
        </w:numPr>
        <w:rPr>
          <w:sz w:val="18"/>
          <w:szCs w:val="18"/>
          <w:lang w:val="en-GB"/>
        </w:rPr>
      </w:pPr>
      <w:r w:rsidRPr="00863DE3">
        <w:rPr>
          <w:sz w:val="18"/>
          <w:szCs w:val="18"/>
          <w:lang w:val="en-GB"/>
        </w:rPr>
        <w:t xml:space="preserve">Liaising </w:t>
      </w:r>
      <w:r w:rsidR="00756C9D" w:rsidRPr="00863DE3">
        <w:rPr>
          <w:sz w:val="18"/>
          <w:szCs w:val="18"/>
          <w:lang w:val="en-GB"/>
        </w:rPr>
        <w:t xml:space="preserve">with </w:t>
      </w:r>
      <w:r w:rsidRPr="00863DE3">
        <w:rPr>
          <w:sz w:val="18"/>
          <w:szCs w:val="18"/>
          <w:lang w:val="en-GB"/>
        </w:rPr>
        <w:t xml:space="preserve">and supporting our volunteer </w:t>
      </w:r>
      <w:r w:rsidR="00756C9D" w:rsidRPr="00863DE3">
        <w:rPr>
          <w:sz w:val="18"/>
          <w:szCs w:val="18"/>
          <w:lang w:val="en-GB"/>
        </w:rPr>
        <w:t xml:space="preserve">Parish </w:t>
      </w:r>
      <w:r w:rsidRPr="00863DE3">
        <w:rPr>
          <w:sz w:val="18"/>
          <w:szCs w:val="18"/>
          <w:lang w:val="en-GB"/>
        </w:rPr>
        <w:t>Safeguarding Officer</w:t>
      </w:r>
      <w:r w:rsidR="004B694A" w:rsidRPr="00863DE3">
        <w:rPr>
          <w:sz w:val="18"/>
          <w:szCs w:val="18"/>
          <w:lang w:val="en-GB"/>
        </w:rPr>
        <w:t xml:space="preserve"> and PCC Lay Chair regarding Safeguarding clearance and training</w:t>
      </w:r>
      <w:r w:rsidR="00E47B1A" w:rsidRPr="00863DE3">
        <w:rPr>
          <w:sz w:val="18"/>
          <w:szCs w:val="18"/>
          <w:lang w:val="en-GB"/>
        </w:rPr>
        <w:t>, including</w:t>
      </w:r>
      <w:r w:rsidRPr="00863DE3">
        <w:rPr>
          <w:sz w:val="18"/>
          <w:szCs w:val="18"/>
          <w:lang w:val="en-GB"/>
        </w:rPr>
        <w:t xml:space="preserve"> in the processing of DBS</w:t>
      </w:r>
      <w:r w:rsidR="00806AF3" w:rsidRPr="00863DE3">
        <w:rPr>
          <w:sz w:val="18"/>
          <w:szCs w:val="18"/>
          <w:lang w:val="en-GB"/>
        </w:rPr>
        <w:t xml:space="preserve"> checks</w:t>
      </w:r>
    </w:p>
    <w:p w14:paraId="5B19267C" w14:textId="744C53F4" w:rsidR="007D65FE" w:rsidRPr="00863DE3" w:rsidRDefault="00567F25" w:rsidP="00863DE3">
      <w:pPr>
        <w:pStyle w:val="ListBullet"/>
        <w:numPr>
          <w:ilvl w:val="0"/>
          <w:numId w:val="13"/>
        </w:numPr>
        <w:rPr>
          <w:sz w:val="18"/>
          <w:szCs w:val="18"/>
          <w:lang w:val="en-GB"/>
        </w:rPr>
      </w:pPr>
      <w:r w:rsidRPr="00863DE3">
        <w:rPr>
          <w:sz w:val="18"/>
          <w:szCs w:val="18"/>
          <w:lang w:val="en-GB"/>
        </w:rPr>
        <w:t xml:space="preserve">Liaising with </w:t>
      </w:r>
      <w:r w:rsidR="00966142" w:rsidRPr="00863DE3">
        <w:rPr>
          <w:sz w:val="18"/>
          <w:szCs w:val="18"/>
          <w:lang w:val="en-GB"/>
        </w:rPr>
        <w:t xml:space="preserve">various Ministry team leaders </w:t>
      </w:r>
      <w:r w:rsidRPr="00863DE3">
        <w:rPr>
          <w:sz w:val="18"/>
          <w:szCs w:val="18"/>
          <w:lang w:val="en-GB"/>
        </w:rPr>
        <w:t xml:space="preserve">in conjunction with the </w:t>
      </w:r>
      <w:r w:rsidR="00966142" w:rsidRPr="00863DE3">
        <w:rPr>
          <w:sz w:val="18"/>
          <w:szCs w:val="18"/>
          <w:lang w:val="en-GB"/>
        </w:rPr>
        <w:t>Operations Manager</w:t>
      </w:r>
    </w:p>
    <w:p w14:paraId="6EE65695" w14:textId="6D0F3098" w:rsidR="007D65FE" w:rsidRPr="00863DE3" w:rsidRDefault="00567F25" w:rsidP="00863DE3">
      <w:pPr>
        <w:pStyle w:val="ListBullet"/>
        <w:numPr>
          <w:ilvl w:val="0"/>
          <w:numId w:val="13"/>
        </w:numPr>
        <w:rPr>
          <w:sz w:val="18"/>
          <w:szCs w:val="18"/>
          <w:lang w:val="en-GB"/>
        </w:rPr>
      </w:pPr>
      <w:r w:rsidRPr="00863DE3">
        <w:rPr>
          <w:sz w:val="18"/>
          <w:szCs w:val="18"/>
          <w:lang w:val="en-GB"/>
        </w:rPr>
        <w:t>Supporting the wider health</w:t>
      </w:r>
      <w:r w:rsidR="00C37AF4" w:rsidRPr="00863DE3">
        <w:rPr>
          <w:sz w:val="18"/>
          <w:szCs w:val="18"/>
          <w:lang w:val="en-GB"/>
        </w:rPr>
        <w:t xml:space="preserve"> &amp; </w:t>
      </w:r>
      <w:r w:rsidRPr="00863DE3">
        <w:rPr>
          <w:sz w:val="18"/>
          <w:szCs w:val="18"/>
          <w:lang w:val="en-GB"/>
        </w:rPr>
        <w:t>safety and risk management team of the church/organisation and congregation</w:t>
      </w:r>
    </w:p>
    <w:p w14:paraId="159495C8" w14:textId="77777777" w:rsidR="007D65FE" w:rsidRPr="00863DE3" w:rsidRDefault="00567F25" w:rsidP="004B4CA6">
      <w:pPr>
        <w:pStyle w:val="Heading1"/>
        <w:spacing w:line="240" w:lineRule="auto"/>
        <w:rPr>
          <w:sz w:val="22"/>
          <w:szCs w:val="22"/>
          <w:lang w:val="en-GB"/>
        </w:rPr>
      </w:pPr>
      <w:r w:rsidRPr="00863DE3">
        <w:rPr>
          <w:sz w:val="22"/>
          <w:szCs w:val="22"/>
          <w:lang w:val="en-GB"/>
        </w:rPr>
        <w:t>About you</w:t>
      </w:r>
    </w:p>
    <w:p w14:paraId="0042D2AE" w14:textId="3C4F2666" w:rsidR="007D65FE" w:rsidRPr="00863DE3" w:rsidRDefault="00567F25">
      <w:pPr>
        <w:rPr>
          <w:sz w:val="18"/>
          <w:szCs w:val="18"/>
          <w:lang w:val="en-GB"/>
        </w:rPr>
      </w:pPr>
      <w:r w:rsidRPr="00863DE3">
        <w:rPr>
          <w:sz w:val="18"/>
          <w:szCs w:val="18"/>
          <w:lang w:val="en-GB"/>
        </w:rPr>
        <w:t>Due to the nature of this role</w:t>
      </w:r>
      <w:r w:rsidR="00731AFA" w:rsidRPr="00863DE3">
        <w:rPr>
          <w:sz w:val="18"/>
          <w:szCs w:val="18"/>
          <w:lang w:val="en-GB"/>
        </w:rPr>
        <w:t>,</w:t>
      </w:r>
      <w:r w:rsidRPr="00863DE3">
        <w:rPr>
          <w:sz w:val="18"/>
          <w:szCs w:val="18"/>
          <w:lang w:val="en-GB"/>
        </w:rPr>
        <w:t xml:space="preserve"> across a large parish</w:t>
      </w:r>
      <w:r w:rsidR="002A1C5B" w:rsidRPr="00863DE3">
        <w:rPr>
          <w:sz w:val="18"/>
          <w:szCs w:val="18"/>
          <w:lang w:val="en-GB"/>
        </w:rPr>
        <w:t xml:space="preserve"> with three sites</w:t>
      </w:r>
      <w:r w:rsidRPr="00863DE3">
        <w:rPr>
          <w:sz w:val="18"/>
          <w:szCs w:val="18"/>
          <w:lang w:val="en-GB"/>
        </w:rPr>
        <w:t xml:space="preserve">, the successful person will need a full driving </w:t>
      </w:r>
      <w:r w:rsidR="00DC3EEB" w:rsidRPr="00863DE3">
        <w:rPr>
          <w:sz w:val="18"/>
          <w:szCs w:val="18"/>
          <w:lang w:val="en-GB"/>
        </w:rPr>
        <w:t>licen</w:t>
      </w:r>
      <w:r w:rsidR="00863DE3">
        <w:rPr>
          <w:sz w:val="18"/>
          <w:szCs w:val="18"/>
          <w:lang w:val="en-GB"/>
        </w:rPr>
        <w:t>c</w:t>
      </w:r>
      <w:r w:rsidR="00DC3EEB" w:rsidRPr="00863DE3">
        <w:rPr>
          <w:sz w:val="18"/>
          <w:szCs w:val="18"/>
          <w:lang w:val="en-GB"/>
        </w:rPr>
        <w:t>e</w:t>
      </w:r>
      <w:r w:rsidRPr="00863DE3">
        <w:rPr>
          <w:sz w:val="18"/>
          <w:szCs w:val="18"/>
          <w:lang w:val="en-GB"/>
        </w:rPr>
        <w:t>, access to their own vehicle and the right to work in the UK.</w:t>
      </w:r>
    </w:p>
    <w:p w14:paraId="094C9E16" w14:textId="3F21C510" w:rsidR="007D65FE" w:rsidRPr="00863DE3" w:rsidRDefault="00567F25" w:rsidP="00FD4E0C">
      <w:pPr>
        <w:rPr>
          <w:sz w:val="18"/>
          <w:szCs w:val="18"/>
          <w:lang w:val="en-GB"/>
        </w:rPr>
      </w:pPr>
      <w:r w:rsidRPr="00863DE3">
        <w:rPr>
          <w:sz w:val="18"/>
          <w:szCs w:val="18"/>
          <w:lang w:val="en-GB"/>
        </w:rPr>
        <w:t xml:space="preserve">You will need to work well within a team and use your own initiative. Supported by </w:t>
      </w:r>
      <w:r w:rsidR="002A1C5B" w:rsidRPr="00863DE3">
        <w:rPr>
          <w:sz w:val="18"/>
          <w:szCs w:val="18"/>
          <w:lang w:val="en-GB"/>
        </w:rPr>
        <w:t xml:space="preserve">the Operations Manager and </w:t>
      </w:r>
      <w:r w:rsidRPr="00863DE3">
        <w:rPr>
          <w:sz w:val="18"/>
          <w:szCs w:val="18"/>
          <w:lang w:val="en-GB"/>
        </w:rPr>
        <w:t xml:space="preserve">a </w:t>
      </w:r>
      <w:r w:rsidR="00473F9B" w:rsidRPr="00863DE3">
        <w:rPr>
          <w:sz w:val="18"/>
          <w:szCs w:val="18"/>
          <w:lang w:val="en-GB"/>
        </w:rPr>
        <w:t xml:space="preserve">small </w:t>
      </w:r>
      <w:r w:rsidRPr="00863DE3">
        <w:rPr>
          <w:sz w:val="18"/>
          <w:szCs w:val="18"/>
          <w:lang w:val="en-GB"/>
        </w:rPr>
        <w:t>team</w:t>
      </w:r>
      <w:r w:rsidR="00473F9B" w:rsidRPr="00863DE3">
        <w:rPr>
          <w:sz w:val="18"/>
          <w:szCs w:val="18"/>
          <w:lang w:val="en-GB"/>
        </w:rPr>
        <w:t xml:space="preserve"> of volunteers</w:t>
      </w:r>
      <w:r w:rsidRPr="00863DE3">
        <w:rPr>
          <w:sz w:val="18"/>
          <w:szCs w:val="18"/>
          <w:lang w:val="en-GB"/>
        </w:rPr>
        <w:t>, you will also need to be computer literate, obtain a satisfactory DBS check and complete the following training:</w:t>
      </w:r>
      <w:r w:rsidR="00FD4E0C" w:rsidRPr="00863DE3">
        <w:rPr>
          <w:sz w:val="18"/>
          <w:szCs w:val="18"/>
          <w:lang w:val="en-GB"/>
        </w:rPr>
        <w:t xml:space="preserve"> </w:t>
      </w:r>
      <w:r w:rsidR="001A283D" w:rsidRPr="00863DE3">
        <w:rPr>
          <w:sz w:val="18"/>
          <w:szCs w:val="18"/>
          <w:lang w:val="en-GB"/>
        </w:rPr>
        <w:t xml:space="preserve">Church of England </w:t>
      </w:r>
      <w:r w:rsidRPr="00863DE3">
        <w:rPr>
          <w:sz w:val="18"/>
          <w:szCs w:val="18"/>
          <w:lang w:val="en-GB"/>
        </w:rPr>
        <w:t>Basic</w:t>
      </w:r>
      <w:r w:rsidR="001A283D" w:rsidRPr="00863DE3">
        <w:rPr>
          <w:sz w:val="18"/>
          <w:szCs w:val="18"/>
          <w:lang w:val="en-GB"/>
        </w:rPr>
        <w:t>,</w:t>
      </w:r>
      <w:r w:rsidRPr="00863DE3">
        <w:rPr>
          <w:sz w:val="18"/>
          <w:szCs w:val="18"/>
          <w:lang w:val="en-GB"/>
        </w:rPr>
        <w:t xml:space="preserve"> </w:t>
      </w:r>
      <w:r w:rsidR="00DC3EEB" w:rsidRPr="00863DE3">
        <w:rPr>
          <w:sz w:val="18"/>
          <w:szCs w:val="18"/>
          <w:lang w:val="en-GB"/>
        </w:rPr>
        <w:t>Foundation and</w:t>
      </w:r>
      <w:r w:rsidR="009231D8" w:rsidRPr="00863DE3">
        <w:rPr>
          <w:sz w:val="18"/>
          <w:szCs w:val="18"/>
          <w:lang w:val="en-GB"/>
        </w:rPr>
        <w:t xml:space="preserve"> </w:t>
      </w:r>
      <w:r w:rsidRPr="00863DE3">
        <w:rPr>
          <w:sz w:val="18"/>
          <w:szCs w:val="18"/>
          <w:lang w:val="en-GB"/>
        </w:rPr>
        <w:t xml:space="preserve">Awareness of </w:t>
      </w:r>
      <w:r w:rsidR="009231D8" w:rsidRPr="00863DE3">
        <w:rPr>
          <w:sz w:val="18"/>
          <w:szCs w:val="18"/>
          <w:lang w:val="en-GB"/>
        </w:rPr>
        <w:t xml:space="preserve">Domestic Abuse </w:t>
      </w:r>
      <w:r w:rsidR="001A283D" w:rsidRPr="00863DE3">
        <w:rPr>
          <w:sz w:val="18"/>
          <w:szCs w:val="18"/>
          <w:lang w:val="en-GB"/>
        </w:rPr>
        <w:t>safeguarding training</w:t>
      </w:r>
      <w:r w:rsidR="00FD4E0C" w:rsidRPr="00863DE3">
        <w:rPr>
          <w:sz w:val="18"/>
          <w:szCs w:val="18"/>
          <w:lang w:val="en-GB"/>
        </w:rPr>
        <w:t xml:space="preserve"> and </w:t>
      </w:r>
      <w:r w:rsidRPr="00863DE3">
        <w:rPr>
          <w:sz w:val="18"/>
          <w:szCs w:val="18"/>
          <w:lang w:val="en-GB"/>
        </w:rPr>
        <w:t xml:space="preserve">Food </w:t>
      </w:r>
      <w:r w:rsidR="009231D8" w:rsidRPr="00863DE3">
        <w:rPr>
          <w:sz w:val="18"/>
          <w:szCs w:val="18"/>
          <w:lang w:val="en-GB"/>
        </w:rPr>
        <w:t>Hygiene</w:t>
      </w:r>
    </w:p>
    <w:p w14:paraId="5B59574E" w14:textId="2DCE7FFC" w:rsidR="007D65FE" w:rsidRPr="00863DE3" w:rsidRDefault="00567F25">
      <w:pPr>
        <w:spacing w:before="80" w:after="140"/>
        <w:rPr>
          <w:sz w:val="18"/>
          <w:szCs w:val="18"/>
          <w:lang w:val="en-GB"/>
        </w:rPr>
      </w:pPr>
      <w:r w:rsidRPr="00863DE3">
        <w:rPr>
          <w:b/>
          <w:sz w:val="18"/>
          <w:szCs w:val="18"/>
          <w:lang w:val="en-GB"/>
        </w:rPr>
        <w:t xml:space="preserve">The role includes </w:t>
      </w:r>
      <w:r w:rsidR="003D17E3">
        <w:rPr>
          <w:b/>
          <w:sz w:val="18"/>
          <w:szCs w:val="18"/>
          <w:lang w:val="en-GB"/>
        </w:rPr>
        <w:t xml:space="preserve">occasional </w:t>
      </w:r>
      <w:r w:rsidR="003D17E3" w:rsidRPr="00863DE3">
        <w:rPr>
          <w:b/>
          <w:sz w:val="18"/>
          <w:szCs w:val="18"/>
          <w:lang w:val="en-GB"/>
        </w:rPr>
        <w:t>attendance</w:t>
      </w:r>
      <w:r w:rsidR="003D17E3">
        <w:rPr>
          <w:b/>
          <w:sz w:val="18"/>
          <w:szCs w:val="18"/>
          <w:lang w:val="en-GB"/>
        </w:rPr>
        <w:t xml:space="preserve"> at </w:t>
      </w:r>
      <w:r w:rsidR="007B7797" w:rsidRPr="00863DE3">
        <w:rPr>
          <w:b/>
          <w:sz w:val="18"/>
          <w:szCs w:val="18"/>
          <w:lang w:val="en-GB"/>
        </w:rPr>
        <w:t>weekly mission team meetings led by the Recto</w:t>
      </w:r>
      <w:r w:rsidR="008A14CA">
        <w:rPr>
          <w:b/>
          <w:sz w:val="18"/>
          <w:szCs w:val="18"/>
          <w:lang w:val="en-GB"/>
        </w:rPr>
        <w:t>r</w:t>
      </w:r>
      <w:r w:rsidRPr="00863DE3">
        <w:rPr>
          <w:b/>
          <w:sz w:val="18"/>
          <w:szCs w:val="18"/>
          <w:lang w:val="en-GB"/>
        </w:rPr>
        <w:t xml:space="preserve">, </w:t>
      </w:r>
      <w:r w:rsidR="008A14CA">
        <w:rPr>
          <w:b/>
          <w:sz w:val="18"/>
          <w:szCs w:val="18"/>
          <w:lang w:val="en-GB"/>
        </w:rPr>
        <w:t xml:space="preserve">therefore </w:t>
      </w:r>
      <w:r w:rsidR="00AD4585" w:rsidRPr="00863DE3">
        <w:rPr>
          <w:b/>
          <w:sz w:val="18"/>
          <w:szCs w:val="18"/>
          <w:lang w:val="en-GB"/>
        </w:rPr>
        <w:t>sympathy with Christian values, particularly those of inclusion and respect for all is required.</w:t>
      </w:r>
    </w:p>
    <w:p w14:paraId="0D7736B6" w14:textId="77777777" w:rsidR="007D65FE" w:rsidRPr="00863DE3" w:rsidRDefault="00567F25">
      <w:pPr>
        <w:pStyle w:val="Heading1"/>
        <w:rPr>
          <w:sz w:val="22"/>
          <w:szCs w:val="22"/>
          <w:lang w:val="en-GB"/>
        </w:rPr>
      </w:pPr>
      <w:r w:rsidRPr="00863DE3">
        <w:rPr>
          <w:sz w:val="22"/>
          <w:szCs w:val="22"/>
          <w:lang w:val="en-GB"/>
        </w:rPr>
        <w:t>Intrigued? Why not enquire further?</w:t>
      </w:r>
    </w:p>
    <w:p w14:paraId="48C2C09F" w14:textId="42666806" w:rsidR="007D65FE" w:rsidRPr="00863DE3" w:rsidRDefault="002A6539">
      <w:pPr>
        <w:rPr>
          <w:b/>
          <w:sz w:val="18"/>
          <w:szCs w:val="18"/>
          <w:lang w:val="en-GB"/>
        </w:rPr>
      </w:pPr>
      <w:r w:rsidRPr="00863DE3">
        <w:rPr>
          <w:sz w:val="18"/>
          <w:szCs w:val="18"/>
          <w:lang w:val="en-GB"/>
        </w:rPr>
        <w:t>If you wish t</w:t>
      </w:r>
      <w:r w:rsidR="00567F25" w:rsidRPr="00863DE3">
        <w:rPr>
          <w:sz w:val="18"/>
          <w:szCs w:val="18"/>
          <w:lang w:val="en-GB"/>
        </w:rPr>
        <w:t xml:space="preserve">o find out more about this exciting new role before making a formal application, please call </w:t>
      </w:r>
      <w:r w:rsidR="00571E93" w:rsidRPr="00863DE3">
        <w:rPr>
          <w:sz w:val="18"/>
          <w:szCs w:val="18"/>
          <w:lang w:val="en-GB"/>
        </w:rPr>
        <w:t>or email the Operations Manage</w:t>
      </w:r>
      <w:r w:rsidR="00EB35FF" w:rsidRPr="00863DE3">
        <w:rPr>
          <w:sz w:val="18"/>
          <w:szCs w:val="18"/>
          <w:lang w:val="en-GB"/>
        </w:rPr>
        <w:t>r</w:t>
      </w:r>
      <w:r w:rsidR="00571E93" w:rsidRPr="00863DE3">
        <w:rPr>
          <w:sz w:val="18"/>
          <w:szCs w:val="18"/>
          <w:lang w:val="en-GB"/>
        </w:rPr>
        <w:t xml:space="preserve"> </w:t>
      </w:r>
      <w:r w:rsidR="00571E93" w:rsidRPr="00863DE3">
        <w:rPr>
          <w:b/>
          <w:bCs/>
          <w:sz w:val="18"/>
          <w:szCs w:val="18"/>
          <w:lang w:val="en-GB"/>
        </w:rPr>
        <w:t>Geoff Hassett at</w:t>
      </w:r>
      <w:r w:rsidR="00571E93" w:rsidRPr="00863DE3">
        <w:rPr>
          <w:sz w:val="18"/>
          <w:szCs w:val="18"/>
          <w:lang w:val="en-GB"/>
        </w:rPr>
        <w:t xml:space="preserve"> </w:t>
      </w:r>
      <w:hyperlink r:id="rId12" w:history="1">
        <w:r w:rsidR="00A054D4" w:rsidRPr="00863DE3">
          <w:rPr>
            <w:rStyle w:val="Hyperlink"/>
            <w:sz w:val="18"/>
            <w:szCs w:val="18"/>
            <w:lang w:val="en-GB"/>
          </w:rPr>
          <w:t>operations@readinggateway.church</w:t>
        </w:r>
      </w:hyperlink>
      <w:r w:rsidR="00A054D4" w:rsidRPr="00863DE3">
        <w:rPr>
          <w:sz w:val="18"/>
          <w:szCs w:val="18"/>
          <w:lang w:val="en-GB"/>
        </w:rPr>
        <w:t xml:space="preserve"> or </w:t>
      </w:r>
      <w:proofErr w:type="gramStart"/>
      <w:r w:rsidR="00A054D4" w:rsidRPr="00863DE3">
        <w:rPr>
          <w:b/>
          <w:bCs/>
          <w:sz w:val="18"/>
          <w:szCs w:val="18"/>
          <w:lang w:val="en-GB"/>
        </w:rPr>
        <w:t>07362</w:t>
      </w:r>
      <w:r w:rsidR="00EB35FF" w:rsidRPr="00863DE3">
        <w:rPr>
          <w:b/>
          <w:bCs/>
          <w:sz w:val="18"/>
          <w:szCs w:val="18"/>
          <w:lang w:val="en-GB"/>
        </w:rPr>
        <w:t>732073</w:t>
      </w:r>
      <w:r w:rsidR="00567F25" w:rsidRPr="00863DE3">
        <w:rPr>
          <w:b/>
          <w:sz w:val="18"/>
          <w:szCs w:val="18"/>
          <w:lang w:val="en-GB"/>
        </w:rPr>
        <w:t xml:space="preserve"> </w:t>
      </w:r>
      <w:r w:rsidR="00567F25" w:rsidRPr="00863DE3">
        <w:rPr>
          <w:sz w:val="18"/>
          <w:szCs w:val="18"/>
          <w:lang w:val="en-GB"/>
        </w:rPr>
        <w:t>.</w:t>
      </w:r>
      <w:proofErr w:type="gramEnd"/>
      <w:r w:rsidR="00466982" w:rsidRPr="00863DE3">
        <w:rPr>
          <w:sz w:val="18"/>
          <w:szCs w:val="18"/>
          <w:lang w:val="en-GB"/>
        </w:rPr>
        <w:t xml:space="preserve"> </w:t>
      </w:r>
      <w:r w:rsidR="00567F25" w:rsidRPr="00863DE3">
        <w:rPr>
          <w:sz w:val="18"/>
          <w:szCs w:val="18"/>
          <w:lang w:val="en-GB"/>
        </w:rPr>
        <w:t xml:space="preserve">A full role profile and application form are available at </w:t>
      </w:r>
      <w:hyperlink r:id="rId13" w:history="1">
        <w:r w:rsidR="00D97037" w:rsidRPr="00863DE3">
          <w:rPr>
            <w:rStyle w:val="Hyperlink"/>
            <w:b/>
            <w:sz w:val="18"/>
            <w:szCs w:val="18"/>
            <w:lang w:val="en-GB"/>
          </w:rPr>
          <w:t>https://www.readinggateway.church/vacancies/</w:t>
        </w:r>
      </w:hyperlink>
      <w:r w:rsidR="00D97037" w:rsidRPr="00863DE3">
        <w:rPr>
          <w:b/>
          <w:sz w:val="18"/>
          <w:szCs w:val="18"/>
          <w:lang w:val="en-GB"/>
        </w:rPr>
        <w:t xml:space="preserve"> </w:t>
      </w:r>
    </w:p>
    <w:tbl>
      <w:tblPr>
        <w:tblW w:w="11111" w:type="dxa"/>
        <w:tblLayout w:type="fixed"/>
        <w:tblLook w:val="04A0" w:firstRow="1" w:lastRow="0" w:firstColumn="1" w:lastColumn="0" w:noHBand="0" w:noVBand="1"/>
      </w:tblPr>
      <w:tblGrid>
        <w:gridCol w:w="11111"/>
      </w:tblGrid>
      <w:tr w:rsidR="007D65FE" w:rsidRPr="00863DE3" w14:paraId="330593D9" w14:textId="77777777" w:rsidTr="00D84B91">
        <w:trPr>
          <w:trHeight w:val="343"/>
        </w:trPr>
        <w:tc>
          <w:tcPr>
            <w:tcW w:w="11111" w:type="dxa"/>
            <w:shd w:val="clear" w:color="auto" w:fill="A9CE2E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11B39FC9" w14:textId="3F3CD3BC" w:rsidR="007D65FE" w:rsidRPr="00863DE3" w:rsidRDefault="00567F25" w:rsidP="00D97037">
            <w:pPr>
              <w:spacing w:after="40"/>
              <w:jc w:val="center"/>
              <w:rPr>
                <w:sz w:val="24"/>
                <w:szCs w:val="24"/>
                <w:lang w:val="en-GB"/>
              </w:rPr>
            </w:pPr>
            <w:r w:rsidRPr="00863DE3">
              <w:rPr>
                <w:b/>
                <w:sz w:val="24"/>
                <w:szCs w:val="24"/>
                <w:lang w:val="en-GB"/>
              </w:rPr>
              <w:t>Closing date for applications: 3</w:t>
            </w:r>
            <w:r w:rsidR="00B50FB5" w:rsidRPr="00863DE3">
              <w:rPr>
                <w:b/>
                <w:sz w:val="24"/>
                <w:szCs w:val="24"/>
                <w:lang w:val="en-GB"/>
              </w:rPr>
              <w:t>0</w:t>
            </w:r>
            <w:r w:rsidR="00B50FB5" w:rsidRPr="00863DE3">
              <w:rPr>
                <w:b/>
                <w:sz w:val="24"/>
                <w:szCs w:val="24"/>
                <w:vertAlign w:val="superscript"/>
                <w:lang w:val="en-GB"/>
              </w:rPr>
              <w:t>th</w:t>
            </w:r>
            <w:r w:rsidR="00B50FB5" w:rsidRPr="00863DE3">
              <w:rPr>
                <w:b/>
                <w:sz w:val="24"/>
                <w:szCs w:val="24"/>
                <w:lang w:val="en-GB"/>
              </w:rPr>
              <w:t xml:space="preserve"> October </w:t>
            </w:r>
            <w:r w:rsidR="004F39AF" w:rsidRPr="00863DE3">
              <w:rPr>
                <w:b/>
                <w:sz w:val="24"/>
                <w:szCs w:val="24"/>
                <w:lang w:val="en-GB"/>
              </w:rPr>
              <w:t xml:space="preserve">  </w:t>
            </w:r>
            <w:r w:rsidR="00D97037" w:rsidRPr="00863DE3">
              <w:rPr>
                <w:b/>
                <w:sz w:val="24"/>
                <w:szCs w:val="24"/>
                <w:lang w:val="en-GB"/>
              </w:rPr>
              <w:t xml:space="preserve">       </w:t>
            </w:r>
            <w:r w:rsidR="004F39AF" w:rsidRPr="00863DE3">
              <w:rPr>
                <w:b/>
                <w:sz w:val="24"/>
                <w:szCs w:val="24"/>
                <w:lang w:val="en-GB"/>
              </w:rPr>
              <w:t xml:space="preserve">Interview date: </w:t>
            </w:r>
            <w:r w:rsidR="00F10445" w:rsidRPr="00863DE3">
              <w:rPr>
                <w:b/>
                <w:sz w:val="24"/>
                <w:szCs w:val="24"/>
                <w:lang w:val="en-GB"/>
              </w:rPr>
              <w:t>Thursday 5</w:t>
            </w:r>
            <w:r w:rsidR="00F10445" w:rsidRPr="00863DE3">
              <w:rPr>
                <w:b/>
                <w:sz w:val="24"/>
                <w:szCs w:val="24"/>
                <w:vertAlign w:val="superscript"/>
                <w:lang w:val="en-GB"/>
              </w:rPr>
              <w:t>th</w:t>
            </w:r>
            <w:r w:rsidR="00F10445" w:rsidRPr="00863DE3">
              <w:rPr>
                <w:b/>
                <w:sz w:val="24"/>
                <w:szCs w:val="24"/>
                <w:lang w:val="en-GB"/>
              </w:rPr>
              <w:t xml:space="preserve"> November 2026</w:t>
            </w:r>
          </w:p>
        </w:tc>
      </w:tr>
    </w:tbl>
    <w:p w14:paraId="429CE6A5" w14:textId="77777777" w:rsidR="00AB0610" w:rsidRPr="00863DE3" w:rsidRDefault="00AB0610" w:rsidP="00863DE3">
      <w:pPr>
        <w:rPr>
          <w:lang w:val="en-GB"/>
        </w:rPr>
      </w:pPr>
    </w:p>
    <w:sectPr w:rsidR="00AB0610" w:rsidRPr="00863DE3" w:rsidSect="00C411EF">
      <w:footerReference w:type="first" r:id="rId14"/>
      <w:pgSz w:w="12240" w:h="15840"/>
      <w:pgMar w:top="720" w:right="720" w:bottom="720" w:left="720" w:header="432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A41BC8" w14:textId="77777777" w:rsidR="00F00D91" w:rsidRDefault="00F00D91">
      <w:pPr>
        <w:spacing w:after="0" w:line="240" w:lineRule="auto"/>
      </w:pPr>
      <w:r>
        <w:separator/>
      </w:r>
    </w:p>
  </w:endnote>
  <w:endnote w:type="continuationSeparator" w:id="0">
    <w:p w14:paraId="4F07F757" w14:textId="77777777" w:rsidR="00F00D91" w:rsidRDefault="00F00D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2A3D4" w14:textId="0C281483" w:rsidR="00FC76CB" w:rsidRPr="00933C4B" w:rsidRDefault="00933C4B" w:rsidP="00933C4B">
    <w:pPr>
      <w:pStyle w:val="Footer"/>
      <w:jc w:val="center"/>
      <w:rPr>
        <w:b/>
        <w:bCs/>
        <w:sz w:val="28"/>
        <w:szCs w:val="28"/>
      </w:rPr>
    </w:pPr>
    <w:proofErr w:type="spellStart"/>
    <w:proofErr w:type="gramStart"/>
    <w:r w:rsidRPr="00933C4B">
      <w:rPr>
        <w:b/>
        <w:bCs/>
        <w:sz w:val="28"/>
        <w:szCs w:val="28"/>
      </w:rPr>
      <w:t>r</w:t>
    </w:r>
    <w:r w:rsidR="00FC76CB" w:rsidRPr="00933C4B">
      <w:rPr>
        <w:b/>
        <w:bCs/>
        <w:sz w:val="28"/>
        <w:szCs w:val="28"/>
      </w:rPr>
      <w:t>eading</w:t>
    </w:r>
    <w:r w:rsidRPr="003673A2">
      <w:rPr>
        <w:b/>
        <w:bCs/>
        <w:color w:val="92D050"/>
        <w:sz w:val="28"/>
        <w:szCs w:val="28"/>
      </w:rPr>
      <w:t>gateway</w:t>
    </w:r>
    <w:r w:rsidRPr="00933C4B">
      <w:rPr>
        <w:b/>
        <w:bCs/>
        <w:sz w:val="28"/>
        <w:szCs w:val="28"/>
      </w:rPr>
      <w:t>.church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C9DD3A" w14:textId="77777777" w:rsidR="00F00D91" w:rsidRDefault="00F00D91">
      <w:pPr>
        <w:spacing w:after="0" w:line="240" w:lineRule="auto"/>
      </w:pPr>
      <w:r>
        <w:separator/>
      </w:r>
    </w:p>
  </w:footnote>
  <w:footnote w:type="continuationSeparator" w:id="0">
    <w:p w14:paraId="3BA254C7" w14:textId="77777777" w:rsidR="00F00D91" w:rsidRDefault="00F00D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98C2489"/>
    <w:multiLevelType w:val="hybridMultilevel"/>
    <w:tmpl w:val="B832F42C"/>
    <w:lvl w:ilvl="0" w:tplc="08090001">
      <w:start w:val="1"/>
      <w:numFmt w:val="bullet"/>
      <w:lvlText w:val=""/>
      <w:lvlJc w:val="left"/>
      <w:pPr>
        <w:ind w:left="121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10" w15:restartNumberingAfterBreak="0">
    <w:nsid w:val="532A3244"/>
    <w:multiLevelType w:val="hybridMultilevel"/>
    <w:tmpl w:val="3D10EC26"/>
    <w:lvl w:ilvl="0" w:tplc="08090001">
      <w:start w:val="1"/>
      <w:numFmt w:val="bullet"/>
      <w:lvlText w:val=""/>
      <w:lvlJc w:val="left"/>
      <w:pPr>
        <w:ind w:left="95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7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9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1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3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5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7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9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11" w:hanging="360"/>
      </w:pPr>
      <w:rPr>
        <w:rFonts w:ascii="Wingdings" w:hAnsi="Wingdings" w:hint="default"/>
      </w:rPr>
    </w:lvl>
  </w:abstractNum>
  <w:abstractNum w:abstractNumId="11" w15:restartNumberingAfterBreak="0">
    <w:nsid w:val="6B8E0036"/>
    <w:multiLevelType w:val="hybridMultilevel"/>
    <w:tmpl w:val="AAA03252"/>
    <w:lvl w:ilvl="0" w:tplc="08090001">
      <w:start w:val="1"/>
      <w:numFmt w:val="bullet"/>
      <w:lvlText w:val=""/>
      <w:lvlJc w:val="left"/>
      <w:pPr>
        <w:ind w:left="59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1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3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5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7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9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1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3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51" w:hanging="360"/>
      </w:pPr>
      <w:rPr>
        <w:rFonts w:ascii="Wingdings" w:hAnsi="Wingdings" w:hint="default"/>
      </w:rPr>
    </w:lvl>
  </w:abstractNum>
  <w:abstractNum w:abstractNumId="12" w15:restartNumberingAfterBreak="0">
    <w:nsid w:val="6C024D8A"/>
    <w:multiLevelType w:val="hybridMultilevel"/>
    <w:tmpl w:val="EB605C1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70110533">
    <w:abstractNumId w:val="8"/>
  </w:num>
  <w:num w:numId="2" w16cid:durableId="1936084882">
    <w:abstractNumId w:val="6"/>
  </w:num>
  <w:num w:numId="3" w16cid:durableId="1487210398">
    <w:abstractNumId w:val="5"/>
  </w:num>
  <w:num w:numId="4" w16cid:durableId="1307271935">
    <w:abstractNumId w:val="4"/>
  </w:num>
  <w:num w:numId="5" w16cid:durableId="415327593">
    <w:abstractNumId w:val="7"/>
  </w:num>
  <w:num w:numId="6" w16cid:durableId="1676568867">
    <w:abstractNumId w:val="3"/>
  </w:num>
  <w:num w:numId="7" w16cid:durableId="2100249138">
    <w:abstractNumId w:val="2"/>
  </w:num>
  <w:num w:numId="8" w16cid:durableId="277496722">
    <w:abstractNumId w:val="1"/>
  </w:num>
  <w:num w:numId="9" w16cid:durableId="956713642">
    <w:abstractNumId w:val="0"/>
  </w:num>
  <w:num w:numId="10" w16cid:durableId="806632345">
    <w:abstractNumId w:val="9"/>
  </w:num>
  <w:num w:numId="11" w16cid:durableId="2130077938">
    <w:abstractNumId w:val="10"/>
  </w:num>
  <w:num w:numId="12" w16cid:durableId="1725105194">
    <w:abstractNumId w:val="11"/>
  </w:num>
  <w:num w:numId="13" w16cid:durableId="196117999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0" w:nlCheck="1" w:checkStyle="0"/>
  <w:activeWritingStyle w:appName="MSWord" w:lang="en-GB" w:vendorID="64" w:dllVersion="0" w:nlCheck="1" w:checkStyle="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sjQyNDQ0NTA1M7Y0MTBX0lEKTi0uzszPAykwrgUAZ0d4GiwAAAA="/>
  </w:docVars>
  <w:rsids>
    <w:rsidRoot w:val="00B47730"/>
    <w:rsid w:val="0000223B"/>
    <w:rsid w:val="00017674"/>
    <w:rsid w:val="00021453"/>
    <w:rsid w:val="00030EA7"/>
    <w:rsid w:val="00034616"/>
    <w:rsid w:val="00053EB3"/>
    <w:rsid w:val="00054C09"/>
    <w:rsid w:val="0006063C"/>
    <w:rsid w:val="00086992"/>
    <w:rsid w:val="000C5B83"/>
    <w:rsid w:val="000D1A31"/>
    <w:rsid w:val="00106790"/>
    <w:rsid w:val="00137A5A"/>
    <w:rsid w:val="001503C2"/>
    <w:rsid w:val="0015074B"/>
    <w:rsid w:val="001A283D"/>
    <w:rsid w:val="001B5EB0"/>
    <w:rsid w:val="001D0AAF"/>
    <w:rsid w:val="00247330"/>
    <w:rsid w:val="00255492"/>
    <w:rsid w:val="0029639D"/>
    <w:rsid w:val="002A1C5B"/>
    <w:rsid w:val="002A6539"/>
    <w:rsid w:val="002A7935"/>
    <w:rsid w:val="002B5BF5"/>
    <w:rsid w:val="002D3E57"/>
    <w:rsid w:val="0032408F"/>
    <w:rsid w:val="00326F90"/>
    <w:rsid w:val="00364021"/>
    <w:rsid w:val="003673A2"/>
    <w:rsid w:val="003735FD"/>
    <w:rsid w:val="0039202D"/>
    <w:rsid w:val="003C198E"/>
    <w:rsid w:val="003D17E3"/>
    <w:rsid w:val="004052DB"/>
    <w:rsid w:val="004427DB"/>
    <w:rsid w:val="004533E0"/>
    <w:rsid w:val="00466982"/>
    <w:rsid w:val="00473F9B"/>
    <w:rsid w:val="00480BDF"/>
    <w:rsid w:val="004927B7"/>
    <w:rsid w:val="004A542D"/>
    <w:rsid w:val="004B07A2"/>
    <w:rsid w:val="004B4CA6"/>
    <w:rsid w:val="004B56EF"/>
    <w:rsid w:val="004B694A"/>
    <w:rsid w:val="004C4381"/>
    <w:rsid w:val="004C480D"/>
    <w:rsid w:val="004D014C"/>
    <w:rsid w:val="004F0016"/>
    <w:rsid w:val="004F39AF"/>
    <w:rsid w:val="00502477"/>
    <w:rsid w:val="005058FC"/>
    <w:rsid w:val="00510E5B"/>
    <w:rsid w:val="00563843"/>
    <w:rsid w:val="00567F25"/>
    <w:rsid w:val="00571E93"/>
    <w:rsid w:val="00586325"/>
    <w:rsid w:val="00596A20"/>
    <w:rsid w:val="005B6035"/>
    <w:rsid w:val="005F2600"/>
    <w:rsid w:val="00602318"/>
    <w:rsid w:val="00610135"/>
    <w:rsid w:val="00631189"/>
    <w:rsid w:val="00634E10"/>
    <w:rsid w:val="00635FBA"/>
    <w:rsid w:val="00676BD1"/>
    <w:rsid w:val="006875E9"/>
    <w:rsid w:val="006A68AC"/>
    <w:rsid w:val="006B2816"/>
    <w:rsid w:val="00707102"/>
    <w:rsid w:val="00731AFA"/>
    <w:rsid w:val="00756C9D"/>
    <w:rsid w:val="00784E6E"/>
    <w:rsid w:val="007B7797"/>
    <w:rsid w:val="007D65FE"/>
    <w:rsid w:val="007E3E9B"/>
    <w:rsid w:val="007E4988"/>
    <w:rsid w:val="00806AF3"/>
    <w:rsid w:val="00816995"/>
    <w:rsid w:val="008378E2"/>
    <w:rsid w:val="00855F62"/>
    <w:rsid w:val="00863DE3"/>
    <w:rsid w:val="00893611"/>
    <w:rsid w:val="008A14CA"/>
    <w:rsid w:val="00917D12"/>
    <w:rsid w:val="009231D8"/>
    <w:rsid w:val="00933C4B"/>
    <w:rsid w:val="00937AD2"/>
    <w:rsid w:val="00955720"/>
    <w:rsid w:val="00961AF1"/>
    <w:rsid w:val="00966142"/>
    <w:rsid w:val="009C6D0B"/>
    <w:rsid w:val="00A054D4"/>
    <w:rsid w:val="00A832A8"/>
    <w:rsid w:val="00A8423D"/>
    <w:rsid w:val="00A92803"/>
    <w:rsid w:val="00AA1BD2"/>
    <w:rsid w:val="00AA1D8D"/>
    <w:rsid w:val="00AB0610"/>
    <w:rsid w:val="00AB5A03"/>
    <w:rsid w:val="00AC25A9"/>
    <w:rsid w:val="00AD4585"/>
    <w:rsid w:val="00AE3C99"/>
    <w:rsid w:val="00B27E5D"/>
    <w:rsid w:val="00B47730"/>
    <w:rsid w:val="00B50FB5"/>
    <w:rsid w:val="00B7710D"/>
    <w:rsid w:val="00B77ADC"/>
    <w:rsid w:val="00BD3A39"/>
    <w:rsid w:val="00BF2A6D"/>
    <w:rsid w:val="00C37AF4"/>
    <w:rsid w:val="00C411EF"/>
    <w:rsid w:val="00C70B85"/>
    <w:rsid w:val="00C96EEF"/>
    <w:rsid w:val="00CB0664"/>
    <w:rsid w:val="00CC7A8D"/>
    <w:rsid w:val="00CF2A2A"/>
    <w:rsid w:val="00D27EF7"/>
    <w:rsid w:val="00D719AA"/>
    <w:rsid w:val="00D84B91"/>
    <w:rsid w:val="00D9397B"/>
    <w:rsid w:val="00D95AEB"/>
    <w:rsid w:val="00D97037"/>
    <w:rsid w:val="00DC3EEB"/>
    <w:rsid w:val="00DC68B6"/>
    <w:rsid w:val="00E0051D"/>
    <w:rsid w:val="00E472C6"/>
    <w:rsid w:val="00E47B1A"/>
    <w:rsid w:val="00E7364C"/>
    <w:rsid w:val="00E95773"/>
    <w:rsid w:val="00EB35FF"/>
    <w:rsid w:val="00EB4440"/>
    <w:rsid w:val="00F00D91"/>
    <w:rsid w:val="00F10445"/>
    <w:rsid w:val="00F21D69"/>
    <w:rsid w:val="00F30FB1"/>
    <w:rsid w:val="00F331D6"/>
    <w:rsid w:val="00F54D64"/>
    <w:rsid w:val="00F55C38"/>
    <w:rsid w:val="00F744D0"/>
    <w:rsid w:val="00F75C61"/>
    <w:rsid w:val="00F94AD4"/>
    <w:rsid w:val="00F96FA4"/>
    <w:rsid w:val="00FC20A7"/>
    <w:rsid w:val="00FC2CCB"/>
    <w:rsid w:val="00FC693F"/>
    <w:rsid w:val="00FC76CB"/>
    <w:rsid w:val="00FD4E0C"/>
    <w:rsid w:val="00FD6783"/>
    <w:rsid w:val="00FE0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4062061"/>
  <w14:defaultImageDpi w14:val="300"/>
  <w15:docId w15:val="{A6C311B3-29FE-4800-9A8F-A52A338EA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222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color w:val="6B861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69" w:lineRule="auto"/>
      <w:ind w:left="490" w:hanging="259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D9703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9703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54C09"/>
    <w:pPr>
      <w:spacing w:after="0" w:line="240" w:lineRule="auto"/>
    </w:pPr>
    <w:rPr>
      <w:rFonts w:ascii="Arial" w:hAnsi="Arial"/>
      <w:color w:val="222222"/>
      <w:sz w:val="21"/>
    </w:rPr>
  </w:style>
  <w:style w:type="character" w:styleId="CommentReference">
    <w:name w:val="annotation reference"/>
    <w:basedOn w:val="DefaultParagraphFont"/>
    <w:uiPriority w:val="99"/>
    <w:semiHidden/>
    <w:unhideWhenUsed/>
    <w:rsid w:val="004B56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B56E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B56EF"/>
    <w:rPr>
      <w:rFonts w:ascii="Arial" w:hAnsi="Arial"/>
      <w:color w:val="222222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56E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56EF"/>
    <w:rPr>
      <w:rFonts w:ascii="Arial" w:hAnsi="Arial"/>
      <w:b/>
      <w:bCs/>
      <w:color w:val="222222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readinggateway.church/vacancies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operations@readinggateway.church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2F02DC9F41C649B37DE60FE2276A48" ma:contentTypeVersion="18" ma:contentTypeDescription="Create a new document." ma:contentTypeScope="" ma:versionID="3ed3f47424cf93577bff9503cbe8a4e6">
  <xsd:schema xmlns:xsd="http://www.w3.org/2001/XMLSchema" xmlns:xs="http://www.w3.org/2001/XMLSchema" xmlns:p="http://schemas.microsoft.com/office/2006/metadata/properties" xmlns:ns2="25db5da7-fc78-4297-9302-a91d43427e9b" xmlns:ns3="1efbf0e7-b30e-49d4-836c-8f515602b578" targetNamespace="http://schemas.microsoft.com/office/2006/metadata/properties" ma:root="true" ma:fieldsID="d72e75056b6b0c1e894bde995c583104" ns2:_="" ns3:_="">
    <xsd:import namespace="25db5da7-fc78-4297-9302-a91d43427e9b"/>
    <xsd:import namespace="1efbf0e7-b30e-49d4-836c-8f515602b5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db5da7-fc78-4297-9302-a91d43427e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1f73fa80-c545-4cf4-b677-dcb81665a9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fbf0e7-b30e-49d4-836c-8f515602b57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65d1b4b1-5cd4-4586-81b2-486b2a701f61}" ma:internalName="TaxCatchAll" ma:showField="CatchAllData" ma:web="1efbf0e7-b30e-49d4-836c-8f515602b5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efbf0e7-b30e-49d4-836c-8f515602b578" xsi:nil="true"/>
    <lcf76f155ced4ddcb4097134ff3c332f xmlns="25db5da7-fc78-4297-9302-a91d43427e9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556E44A-78E9-4384-9E00-B58DD9EB37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db5da7-fc78-4297-9302-a91d43427e9b"/>
    <ds:schemaRef ds:uri="1efbf0e7-b30e-49d4-836c-8f515602b5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FECFCC7-2BA0-4AD8-AB1E-EC1A48D2C8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A2EA1CD-2211-4B39-A6BF-1D0B4BFD635E}">
  <ds:schemaRefs>
    <ds:schemaRef ds:uri="http://schemas.microsoft.com/office/2006/metadata/properties"/>
    <ds:schemaRef ds:uri="http://schemas.microsoft.com/office/infopath/2007/PartnerControls"/>
    <ds:schemaRef ds:uri="1efbf0e7-b30e-49d4-836c-8f515602b578"/>
    <ds:schemaRef ds:uri="25db5da7-fc78-4297-9302-a91d43427e9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455</Words>
  <Characters>2615</Characters>
  <Application>Microsoft Office Word</Application>
  <DocSecurity>0</DocSecurity>
  <Lines>41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Parish Nursing Associate Advert</vt:lpstr>
    </vt:vector>
  </TitlesOfParts>
  <Manager/>
  <Company/>
  <LinksUpToDate>false</LinksUpToDate>
  <CharactersWithSpaces>3034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Parish Nursing Associate Advert</dc:title>
  <dc:subject>Part-time vacancy at Reading Gateway Church</dc:subject>
  <dc:creator>Reading Gateway Church</dc:creator>
  <cp:keywords/>
  <dc:description>generated by python-docx</dc:description>
  <cp:lastModifiedBy>Operations</cp:lastModifiedBy>
  <cp:revision>6</cp:revision>
  <cp:lastPrinted>2026-07-29T16:29:00Z</cp:lastPrinted>
  <dcterms:created xsi:type="dcterms:W3CDTF">2026-10-08T10:24:00Z</dcterms:created>
  <dcterms:modified xsi:type="dcterms:W3CDTF">2026-10-08T10:27:00Z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0x010100D52F02DC9F41C649B37DE60FE2276A48</vt:lpwstr>
  </property>
</Properties>
</file>